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חדר ההלבשה הנעול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בסיסיות על כדורגל ועל כללי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מהמגרש כמו שוער, שופט וגול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הוגנות וכבוד הדדי במשחק קבוצתי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1: מנעול המספרים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דילמות של משחק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דרך לכבד את השחקן הפצוע ולדאוג לבטיחותו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כדורגל הוא משחק קבוצתי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מגרש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(שחקן ששומר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(אחראי על החוקים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(כדור שנכנס לשער היריב)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שחקנים ששחקים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פתיחת המנעול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בעיון את החידה הכתובה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יחד עם הקבוצה על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לבחור תשובה מתוך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המנעול נפתח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הוגנות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רעיון כמו כבוד ליריב, עבודת צוות, או שמירה על הכללים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לחיצת יד בסוף המשחק, לא לשקר לשופט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כתחרות קבוצתית - כל קבוצה פותרת מנעול ועוברת לבא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בשיחה קצרה על חשיבות ההוגנות במשחק קבוצתי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חדר ההלבשה הנעול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דלת חדר ההלבשה ננעלה ועליכם לפתור חידות כדי לפתוח את חמשת המנעולים. כל תשובה נכונה נותנת ספרה לקוד הסודי, בדיוק כמו במנעול הראשון על מספר השחקנים במגרש.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שוער  ·  שער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מנעול 1: מנעול המספרים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יש בכל קבוצה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אחראי לשמור על ההוגנות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המאמן היריב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דילמות של משחק 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שחקן נפגע קשה, מקובל לבעוט את הכדור החוצה כדי לעצור את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שחקני הקבוצה עובדים יחד כדי להשיג מטרה משותפת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מגרש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ששומר על השער ועוצר כדורים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המקום שבו מכניסים את הכדור כדי לקבל נקודה נקרא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כדור שנכנס לשער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שחקן ששומר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קבוצת שחקנים ששחקים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אחראי על החוקים במשחק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פתיחת המנעול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תשובה מתוך האפשרויות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בעיון את החידה הכתובה על הלוח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אם המנעול נפתח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יחד עם הקבוצה על התשובה הנכונה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הוגנות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או שניים: למה חשוב לנהוג בהוגנות במשחק כדורגל, גם כשרוצים מאוד לנצח?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שחקנים יש בכל קבוצה על המגרש?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שומר על השער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חדר ההלבשה הנעול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