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חדר ההלבשה הנעול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בסיסיות על כדורגל ועל כללי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מהמגרש כמו שוער, שופט וגול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הוגנות וכבוד הדדי במשחק קבוצתי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מנעול 1: מנעול המספרים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90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דילמות של משחק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דרך לכבד את השחקן הפצוע ולדאוג לבטיחותו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לא הוגן ופוגע בכללי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כדורגל הוא משחק קבוצתי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פוגע בכבוד היריב ולא מראה הוגנות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דרך יפה לסיים את המשחק בכבוד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מגרש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(שחקן ששומר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(אחראי על החוקים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(כדור שנכנס לשער היריב)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(קבוצת שחקנים ששחקים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(אזהרה לשחקן על עבירה)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פתיחת המנעול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בעיון את החידה הכתובה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 יחד עם הקבוצה על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תשובה מתוך האפשרויות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אם המנעול נפתח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לרשום את הספרה שהתקבלה בקוד הסודי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הוגנות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מסביר רעיון כמו כבוד ליריב, עבודת צוות, או שמירה על הכללים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11 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לחיצת יד בסוף המשחק, לא לשקר לשופט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הדף כתחרות קבוצתית - כל קבוצה פותרת מנעול ועוברת לבא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בשיחה קצרה על חשיבות ההוגנות במשחק קבוצתי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חדר ההלבשה הנעול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דלת נעולה עם חמישה מנעולים. צריך לענות נכון על שאלות כדי לפתוח אותם ולקבל את הקוד.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משחקים כדורגל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ששומר על השער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שאחראי על החוקים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כשהכדור נכנס לשער היריב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שחקנים ששחקים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צהוב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אזהרה לשחקן שעשה עבירה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הוגנות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לשחק לפי הכללים ולכבד את היריב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מנעול 1: מנעול המספרים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משחקים בכל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מנעולים צריך לפתוח?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שומר על הכללים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המאמן היריב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 הספורט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לזה כשהכדור נכנס לשער?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זמן נמשך משחק כדורגל 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דילמות של משחק 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שחקן נפגע קשה, מקובל לבעוט את הכדור החוצה כדי לעצור את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לשקר לשופט כדי לזכות בפנדל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שחקני הקבוצה עובדים יחד כדי להשיג מטרה משותפת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שמנצח צריך ללעוג לשחקן היריב שהפסיד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לחיצת יד בסוף המשחק היא מנהג של כבוד הדדי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מגרש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ששומר על השער ועוצר כדורים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המקום שבו מכניסים את הכדור כדי לקבל נקודה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האדם שאחראי על החוקים במשחק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כשחקן עושה עבירה חמורה, השופט יכול להראות לו כרטיס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המקום שבו משחקים את המשחק כולו נקרא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כדור שנכנס לשער היריב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שחקן ששומר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אחראי על החוקים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אזהרה לשחקן על עבירה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קבוצת שחקנים ששחקים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פתיחת המנעול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יחד עם הקבוצה על התשובה הנכונה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המנעול נפתח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לרשום את הספרה שהתקבלה בקוד הסודי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תשובה מתוך האפשרויות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בעיון את החידה הכתובה על הלוח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הוגנות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או שניים: למה חשוב לנהוג בהוגנות במשחק כדורגל, גם כשרוצים מאוד לנצח?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שחקנים יש בכל קבוצה על המגרש?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שומר על השער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הוגנת במשחק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חדר ההלבשה הנעול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