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בסיסיות על כדורגל ועל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מהמגרש כמו שוער, שופט וגול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הוגנות וכבוד הדדי במשחק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דילמות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לכבד את השחקן הפצוע ולדאוג לבטיחותו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הוגן ופוגע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כדורגל הוא משחק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פוגע בכבוד היריב ולא מראה 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יפה לסיים את המשחק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מגרש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(שחקן ששומר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(אחראי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(כדור שנכנס לשער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(קבוצת 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(אזהרה לשחקן על עבירה)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פתיחת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בעיון את החידה הכתובה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יחד עם הקבוצה על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המנעול נפתח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לרשום את הספרה שהתקבלה בקוד הסודי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הוגנות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רעיון כמו כבוד ליריב, עבודת צוות, או שמירה על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לחיצת יד בסוף המשחק, לא לשקר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כתחרות קבוצתית - כל קבוצה פותרת מנעול ועוברת לבא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ההוגנות במשחק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דלת חדר ההלבשה ננעלה ועליכם לפתור חידות כדי לפתוח את חמשת המנעולים. כל תשובה נכונה נותנת ספרה לקוד הסודי, בדיוק כמו במנעול הראשון על מספר השחקנים במגרש.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1: מנעול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יש על דלת חדר ההלבשה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 לשמור על ההוגנות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הספורט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כשהכדור חוצה לגמרי את הקו בין הקורות?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דקות אורך משחק כדורגל מקצועני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דילמות של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שחקן נפגע קשה, מקובל לבעוט את הכדור החוצה כדי לעצור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לשקר לשופט כדי לזכות בפנדל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 הקבוצה עובדים יחד כדי להשיג מטרה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שמנצח צריך ללעוג לשחקן היריב שהפסיד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לחיצת יד בסוף המשחק היא מנהג של כבוד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מגרש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ששומר על השער ועוצר כדורים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המקום שבו מכניסים את הכדור כדי לקבל נקודה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האדם שאחראי על החוקים במשחק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כשחקן עושה עבירה חמורה, השופט יכול להראות לו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משחקים את המשחק כולו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לשחקן על עבירה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כדור שנכנס לשער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אחראי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שחקן ששומר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שחקנים ששחקים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פתיחת המנעול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יחד עם הקבוצה על התשובה הנכונה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את הספרה שהתקבלה בקוד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בעיון את החידה הכתובה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תשובה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המנעול נפתח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הוגנות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למה חשוב לנהוג בהוגנות במשחק כדורגל, גם כשרוצים מאוד לנצח?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השער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הוגנת במשחק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חדר ההלבשה הנעול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